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b/>
          <w:i w:val="0"/>
        </w:rPr>
        <w:t>[Полное наименование организации]</w:t>
      </w:r>
    </w:p>
    <w:p>
      <w:pPr>
        <w:spacing w:after="80"/>
        <w:jc w:val="center"/>
      </w:pPr>
      <w:r>
        <w:rPr>
          <w:b w:val="0"/>
          <w:i/>
          <w:sz w:val="24"/>
        </w:rPr>
        <w:t>[Наименование структурного подразделения — если нужно]</w:t>
      </w:r>
    </w:p>
    <w:p>
      <w:pPr>
        <w:spacing w:after="80"/>
        <w:jc w:val="center"/>
      </w:pPr>
      <w:r>
        <w:rPr>
          <w:b/>
          <w:i w:val="0"/>
        </w:rPr>
        <w:t>ПРОТОКОЛ</w:t>
      </w:r>
    </w:p>
    <w:p>
      <w:pPr>
        <w:spacing w:after="80"/>
      </w:pPr>
      <w:r>
        <w:rPr>
          <w:b w:val="0"/>
          <w:i w:val="0"/>
        </w:rPr>
        <w:t>__.__.20__                                                                   № ___</w:t>
      </w:r>
    </w:p>
    <w:p>
      <w:pPr>
        <w:spacing w:after="80"/>
      </w:pPr>
      <w:r>
        <w:rPr>
          <w:b w:val="0"/>
          <w:i w:val="0"/>
        </w:rPr>
        <w:t>[Место составления, например: г. Москва]</w:t>
      </w:r>
    </w:p>
    <w:p>
      <w:pPr>
        <w:spacing w:after="80"/>
      </w:pPr>
      <w:r>
        <w:rPr>
          <w:b w:val="0"/>
          <w:i w:val="0"/>
        </w:rPr>
      </w:r>
    </w:p>
    <w:p>
      <w:pPr>
        <w:spacing w:after="80"/>
      </w:pPr>
      <w:r>
        <w:rPr>
          <w:b/>
          <w:i w:val="0"/>
        </w:rPr>
        <w:t>[Заголовок: о чём совещание, например: «Совещание по запуску нового тарифа»]</w:t>
      </w:r>
    </w:p>
    <w:p>
      <w:pPr>
        <w:spacing w:after="80"/>
      </w:pPr>
      <w:r>
        <w:rPr>
          <w:b w:val="0"/>
          <w:i w:val="0"/>
        </w:rPr>
      </w:r>
    </w:p>
    <w:p>
      <w:pPr>
        <w:spacing w:after="80"/>
      </w:pPr>
      <w:r>
        <w:rPr>
          <w:b w:val="0"/>
          <w:i w:val="0"/>
        </w:rPr>
        <w:t>Председатель — [Фамилия И. О.]</w:t>
      </w:r>
    </w:p>
    <w:p>
      <w:pPr>
        <w:spacing w:after="80"/>
      </w:pPr>
      <w:r>
        <w:rPr>
          <w:b w:val="0"/>
          <w:i w:val="0"/>
        </w:rPr>
        <w:t>Секретарь — [Фамилия И. О.]</w:t>
      </w:r>
    </w:p>
    <w:p>
      <w:pPr>
        <w:spacing w:after="80"/>
      </w:pPr>
      <w:r>
        <w:rPr>
          <w:b w:val="0"/>
          <w:i w:val="0"/>
        </w:rPr>
        <w:t>Присутствовали: [Фамилия И. О. (должность) — в алфавитном порядке. Если больше 15 человек: «___ чел. (список прилагается)»]</w:t>
      </w:r>
    </w:p>
    <w:p>
      <w:pPr>
        <w:spacing w:after="80"/>
      </w:pPr>
      <w:r>
        <w:rPr>
          <w:b w:val="0"/>
          <w:i w:val="0"/>
        </w:rPr>
        <w:t>Приглашённые: [Фамилия И. О. (должность, организация)] — если были</w:t>
      </w:r>
    </w:p>
    <w:p>
      <w:pPr>
        <w:spacing w:after="80"/>
      </w:pPr>
      <w:r>
        <w:rPr>
          <w:b w:val="0"/>
          <w:i w:val="0"/>
        </w:rPr>
      </w:r>
    </w:p>
    <w:p>
      <w:pPr>
        <w:spacing w:after="80"/>
      </w:pPr>
      <w:r>
        <w:rPr>
          <w:b/>
          <w:i w:val="0"/>
        </w:rPr>
        <w:t>ПОВЕСТКА ДНЯ:</w:t>
      </w:r>
    </w:p>
    <w:p>
      <w:pPr>
        <w:spacing w:after="80"/>
      </w:pPr>
      <w:r>
        <w:rPr>
          <w:b w:val="0"/>
          <w:i w:val="0"/>
        </w:rPr>
        <w:t>1. [Вопрос] — доклад [Фамилия И. О. (должность)].</w:t>
      </w:r>
    </w:p>
    <w:p>
      <w:pPr>
        <w:spacing w:after="80"/>
      </w:pPr>
      <w:r>
        <w:rPr>
          <w:b w:val="0"/>
          <w:i w:val="0"/>
        </w:rPr>
        <w:t>2. [Вопрос] — доклад [Фамилия И. О. (должность)].</w:t>
      </w:r>
    </w:p>
    <w:p>
      <w:pPr>
        <w:spacing w:after="80"/>
      </w:pPr>
      <w:r>
        <w:rPr>
          <w:b w:val="0"/>
          <w:i w:val="0"/>
        </w:rPr>
      </w:r>
    </w:p>
    <w:p>
      <w:pPr>
        <w:spacing w:after="80"/>
      </w:pPr>
      <w:r>
        <w:rPr>
          <w:b/>
          <w:i w:val="0"/>
        </w:rPr>
        <w:t>1. СЛУШАЛИ:</w:t>
      </w:r>
    </w:p>
    <w:p>
      <w:pPr>
        <w:spacing w:after="80"/>
      </w:pPr>
      <w:r>
        <w:rPr>
          <w:b w:val="0"/>
          <w:i w:val="0"/>
        </w:rPr>
        <w:t>[Фамилия И. О.] — [краткое содержание доклада].</w:t>
      </w:r>
    </w:p>
    <w:p>
      <w:pPr>
        <w:spacing w:after="80"/>
      </w:pPr>
      <w:r>
        <w:rPr>
          <w:b/>
          <w:i w:val="0"/>
        </w:rPr>
        <w:t>ВЫСТУПИЛИ:</w:t>
      </w:r>
    </w:p>
    <w:p>
      <w:pPr>
        <w:spacing w:after="80"/>
      </w:pPr>
      <w:r>
        <w:rPr>
          <w:b w:val="0"/>
          <w:i w:val="0"/>
        </w:rPr>
        <w:t>[Фамилия И. О.] — [суть выступления].</w:t>
      </w:r>
    </w:p>
    <w:p>
      <w:pPr>
        <w:spacing w:after="80"/>
      </w:pPr>
      <w:r>
        <w:rPr>
          <w:b/>
          <w:i w:val="0"/>
        </w:rPr>
        <w:t>РЕШИЛИ:</w:t>
      </w:r>
    </w:p>
    <w:p>
      <w:pPr>
        <w:spacing w:after="80"/>
      </w:pPr>
      <w:r>
        <w:rPr>
          <w:b w:val="0"/>
          <w:i w:val="0"/>
        </w:rPr>
        <w:t>1.1. [Глагол в неопределённой форме: «Утвердить…», «Поручить…», «Подготовить…»]. Ответственный — [Фамилия И. О.]. Срок — до [дата].</w:t>
      </w:r>
    </w:p>
    <w:p>
      <w:pPr>
        <w:spacing w:after="80"/>
      </w:pPr>
      <w:r>
        <w:rPr>
          <w:b w:val="0"/>
          <w:i w:val="0"/>
        </w:rPr>
        <w:t>1.2. [Следующее решение]. Ответственный — [Фамилия И. О.]. Срок — до [дата].</w:t>
      </w:r>
    </w:p>
    <w:p>
      <w:pPr>
        <w:spacing w:after="80"/>
      </w:pPr>
      <w:r>
        <w:rPr>
          <w:b w:val="0"/>
          <w:i w:val="0"/>
        </w:rPr>
      </w:r>
    </w:p>
    <w:p>
      <w:pPr>
        <w:spacing w:after="80"/>
      </w:pPr>
      <w:r>
        <w:rPr>
          <w:b/>
          <w:i w:val="0"/>
        </w:rPr>
        <w:t>2. СЛУШАЛИ:</w:t>
      </w:r>
    </w:p>
    <w:p>
      <w:pPr>
        <w:spacing w:after="80"/>
      </w:pPr>
      <w:r>
        <w:rPr>
          <w:b w:val="0"/>
          <w:i w:val="0"/>
        </w:rPr>
        <w:t>[Фамилия И. О.] — [краткое содержание доклада].</w:t>
      </w:r>
    </w:p>
    <w:p>
      <w:pPr>
        <w:spacing w:after="80"/>
      </w:pPr>
      <w:r>
        <w:rPr>
          <w:b/>
          <w:i w:val="0"/>
        </w:rPr>
        <w:t>ВЫСТУПИЛИ:</w:t>
      </w:r>
    </w:p>
    <w:p>
      <w:pPr>
        <w:spacing w:after="80"/>
      </w:pPr>
      <w:r>
        <w:rPr>
          <w:b w:val="0"/>
          <w:i w:val="0"/>
        </w:rPr>
        <w:t>[Фамилия И. О.] — [суть выступления].</w:t>
      </w:r>
    </w:p>
    <w:p>
      <w:pPr>
        <w:spacing w:after="80"/>
      </w:pPr>
      <w:r>
        <w:rPr>
          <w:b/>
          <w:i w:val="0"/>
        </w:rPr>
        <w:t>РЕШИЛИ:</w:t>
      </w:r>
    </w:p>
    <w:p>
      <w:pPr>
        <w:spacing w:after="80"/>
      </w:pPr>
      <w:r>
        <w:rPr>
          <w:b w:val="0"/>
          <w:i w:val="0"/>
        </w:rPr>
        <w:t>2.1. [Глагол в неопределённой форме: «Утвердить…», «Поручить…», «Подготовить…»]. Ответственный — [Фамилия И. О.]. Срок — до [дата].</w:t>
      </w:r>
    </w:p>
    <w:p>
      <w:pPr>
        <w:spacing w:after="80"/>
      </w:pPr>
      <w:r>
        <w:rPr>
          <w:b w:val="0"/>
          <w:i w:val="0"/>
        </w:rPr>
        <w:t>2.2. [Следующее решение]. Ответственный — [Фамилия И. О.]. Срок — до [дата].</w:t>
      </w:r>
    </w:p>
    <w:p>
      <w:pPr>
        <w:spacing w:after="80"/>
      </w:pPr>
      <w:r>
        <w:rPr>
          <w:b w:val="0"/>
          <w:i w:val="0"/>
        </w:rPr>
      </w:r>
    </w:p>
    <w:p>
      <w:pPr>
        <w:spacing w:after="80"/>
      </w:pPr>
      <w:r>
        <w:rPr>
          <w:b w:val="0"/>
          <w:i w:val="0"/>
        </w:rPr>
        <w:t>Председатель     _____________     [И. О. Фамилия]</w:t>
      </w:r>
    </w:p>
    <w:p>
      <w:pPr>
        <w:spacing w:after="80"/>
      </w:pPr>
      <w:r>
        <w:rPr>
          <w:b w:val="0"/>
          <w:i w:val="0"/>
        </w:rPr>
        <w:t>Секретарь          _____________     [И. О. Фамилия]</w:t>
      </w:r>
    </w:p>
    <w:p>
      <w:pPr>
        <w:spacing w:after="80"/>
      </w:pPr>
      <w:r>
        <w:rPr>
          <w:b w:val="0"/>
          <w:i w:val="0"/>
        </w:rPr>
      </w:r>
    </w:p>
    <w:p>
      <w:pPr>
        <w:spacing w:after="80"/>
      </w:pPr>
      <w:r>
        <w:rPr>
          <w:b w:val="0"/>
          <w:i/>
          <w:sz w:val="20"/>
        </w:rPr>
        <w:t>Шаблон по мотивам ГОСТ Р 7.0.97-2016. Черновик протокола из записи совещания — в Telegram-боте @slush_ai_bot · slush-ai.ru</w:t>
      </w:r>
    </w:p>
    <w:sectPr w:rsidR="00FC693F" w:rsidRPr="0006063C" w:rsidSect="00034616">
      <w:pgSz w:w="12240" w:h="15840"/>
      <w:pgMar w:top="1134" w:right="850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